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השוקולד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הדרך מגרעין הקקאו ועד קובית השוקולד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לגידול הקקאו ולייצור השוקולד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תהליך וסדר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באזורים טרופיים וחמים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גרעיני קקאו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כדי לפתח טעם וריח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עץ הקקאו זקוק לאקלים טרופי וחם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מתפתח הטעם הייחודי של הקקאו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טרופיים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תסיסה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קלייה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שלב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(הפרי נלקח מהעץ)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(הפולים משנים טעם וריח)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(מוציאים את הלחות מהפולים)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(מחממים את הפולים בחום גבוה)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מסע השוקולד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קוטפים את פרי הקקאו מהעץ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מוציאים את הפולים ומשאירים אותם לתסיסה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מייבשים את הפולים בשמש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קולים את הפולים כדי לפתח טעם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לתיאור השלבים בסדר הגיוני: קטיף, תסיסה, ייבוש, קלייה, טחינה, עיצוב - בשפה ברורה ועם דמיון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קטיף הפרי מהעץ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הוא זקוק לאקלים טרופי וחם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מסת קקאו היא רק הבסיס, לשוקולד מוכן מוסיפים סוכר/חלב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פול קקאו אמיתי או תמונה להמחשה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תרגיל הסידור (order) בקבוצות קטנות עם כרטיסיות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השוקולד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שוקולד לא נולד בחנות - יש לו מסע ארוך שמתחיל בעץ הקקאו הגדל במקומות חמים וטרופיים בעולם. בדף הזה נלמד מה קורה מרגע שהפרי נקטף ועד שהוא הופך לשוקולד שאנחנו אוהבים.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קלייה  ·  פולים  ·  טרופיים  ·  תסיסה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היכן גדל עץ הקקאו בדרך כלל?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באזורים קרים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באזורים טרופיים וחמים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במדבר היבש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נמצא בתוך פרי הקקאו?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גרעיני קקאו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גרגרי 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זרעי תפוח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למה מקלים את פולי הקקאו?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לצבוע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לפתח טעם וריח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להקטין אותם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עץ הקקאו גדל גם באזורים קרים כמו אלסקה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פולי הקקאו עוברים תהליך תסיסה לפני הייבוש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עץ הקקאו גדל באזורים __________ וחמים בעולם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בתוך פרי הקקאו נמצאים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לפני הייבוש הפולים עוברים תהליך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כדי לפתח את הטעם, קולים את הפולים בתהליך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שלב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קטיף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מוציאים את הלחות מהפולים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תסיסה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מחממים את הפולים בחום גבוה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ייבוש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הפרי נלקח מהעץ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קלייה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הפולים משנים טעם וריח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מסע השוקולד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מייבשים את הפולים בשמש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קולים את הפולים כדי לפתח טעם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קוטפים את פרי הקקאו מהעץ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מוציאים את הפולים ומשאירים אותם לתסיסה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דמיינו שאתם פול קקאו שיוצא למסע מהעץ ועד הקובייה. כתבו כמה משפטים על מה שעובר עליכם בדרך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השלב הראשון במסע השוקולד?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מדוע עץ הקקאו לא יכול לגדול בכל מקום בעולם?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השוקולד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