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מגרעין הקקאו ועד קובית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לגידול הקקאו ולייצור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תהליך וסדר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באזורים טרופיים 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עוברים תסיסה וייבוש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לפתח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מסת קקאו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סוכר וחלב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זקוק לאקלים טרופי וחם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מתפתח הטעם הייחודי של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שלבים נוספים של ייבוש וקלייה לפני הטחינה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מתקבלת מטחינת הפולים הקלויים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שוקולד מריר, חלב ולבן שונים בכמות הסוכר והחלב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תבנית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(הפרי נלקח מהעץ)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(הפולים משנים טעם וריח)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(מוציאים את הלחות מהפולים)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(מחממים את הפולים בחום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(הפולים הופכים לנוזל סמיך)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(השוקולד מקבל את צורתו הסופית)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פרי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ומשאירים אותם לתסיסה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מייבשים את הפולים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קולים את הפולים כדי לפתח 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טוחנים את הפולים למסת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יוצקים את השוקולד לתבניות ומקררים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השלבים בסדר הגיוני: קטיף, תסיסה, ייבוש, קלייה, טחינה, עיצוב - בשפה ברורה ועם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קטיף הפרי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זקוק לאקלים טרופי וחם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 קקאו היא רק הבסיס, לשוקולד מוכן מוסיפים סוכר/חלב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פול קקאו אמיתי או תמונה להמחשה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בקבוצות קטנות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שוקולד עושים מפרי של עץ מיוחד. בדף הזה נלמד איך זה קורה, צעד אחרי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טרופי שממנו מכינים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 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הגרעין שבתוך פרי הקקאו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הפולים משנים טעם וריח לפני הייבוש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חימום הפולים בחום גבוה כדי לפתח טעם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טחינה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כתישת הפולים הקלויים עד שהם הופכים לנוזל סמיך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מסת 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הנוזל הסמיך שמתקבל מטחינת הפולים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אקלים חם ולח, מתאים לגידול קקאו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שבו יוצקים את השוקולד הנוזלי כדי שיקבל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עץ הקקאו גדל באקלים... (בחרו)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באזורים 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באזורים טרופיים וחמים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בהרים מושלגים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בתוך הפרי?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גרגרי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זרעי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לפולים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אורזים אותם ישר למפעל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 תסיסה וייבוש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טוחנים אותם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מחממים את הפולים?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להקטין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יוצא אחרי הטחינה?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אבקת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 קקאו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מוסיפים כדי שיהיה שוקולד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 וחומץ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 ושמן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ומיץ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גם באזורים קרים כמו אלסקה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עוברים תהליך תסיסה לפני הייבוש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הקטיף טוחנים את הפולים ישר, בלי ייבוש או קלייה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 הקקאו היא הבסיס הנוזלי להכנת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השוקולד מכילים בדיוק אותה כמות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הקקאו גדל באזורים __________ וחמים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פרי הקקאו נמצאים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הייבוש הפולים עוברים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לפתח את הטעם, קולים את הפולים בתהליך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הקלייה טוחנים את הפולים ומקבלים __________ 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 השוקולד הנוזלי יוצקים לתוך __________ כדי שיקבל צורה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השוקולד מקבל את צורתו הסופית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הפולים הופכים לנוזל סמיך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הפולים משנים טעם וריח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מוציאים את הלחות מהפולים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הפרי נלקח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יציקה לתבנית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מחממים את הפולים בחום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כדי לפתח 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יוצקים את השוקולד לתבניות ומקררים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פרי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למסת 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את הפולים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הפולים ומשאירים אותם לתסיסה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פול קקאו שיוצא למסע מהעץ ועד הקובייה. כתבו כמה משפטים על מה שעובר עליכם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במסע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עץ הקקאו לא יכול לגדול בכל מקום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מסת קקאו לשוקולד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